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המבצעים - קניות נבונות עד 1,000 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הנחות באחוזים ולבדוק עודף וקבלות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מוצרים לפי 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ולבנות רשימת קניות בתקציב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חנות המבצעים - חישובים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80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2 ליטר ב-10 ₪ (5 ₪ לליטר)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את הצרכים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50% הוא חצי מהסכום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רואים מה באמת זול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עודף הוא ההפרש שמחזירים ללקוח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לכן חשוב לבדוק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מחיר ליחידה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(הפחתה במחיר המוצר)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(דרך לבטא חלק ממאה)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(סכום כסף שמתכננים להוציא)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(דבר הכרחי לחיים)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(דבר נעים אך לא הכרחי)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הקנייה הנבונה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להכין רשימת קניות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כמה כסף יש בתקציב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להשוות מחירים ומבצעים בין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לבחור את המוצר המשתלם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את הקבלה בסוף הקנייה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 הגיונית עם הפרדה ברורה בין צרכים לרצונות, ותקציב שלא עובר 1,000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 לתאר טעות בחישוב אחוז ההנחה או בעודף שמוחזר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מבצע/ת חישוב נכון של אחוז הנחה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שמחיר ליחידה מאפשר השוואה הוגנת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מבדיל/ה בבירור בין צורך הכרחי לרצון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בדוגמת קנייה אמיתית מהבית ולתרגל חישוב הנחה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והסידור כדי לעודד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ולהתמקד בבסיס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המבצעים - קניות נבונות עד 1,000 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חישובי הנחות, השוואת מחירים ליחידה, בדיקת קבלות ובניית רשימת קניות חכמה בתקציב של עד 1,000 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חנות המבצעים - חישובים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מוצר שעולה 100 ₪ מקבל הנחה של 20%. כמה משלמים?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חולצה שעלתה 50 ₪ זולה עכשיו ב-10 ₪. כמה אחוזי הנחה קיבלו?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שילמת 100 ₪ והמוצר עלה 85 ₪. כמה עודף מגיע?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בקבוק משתלם יותר: 2 ליטר ב-10 ₪ או 1.5 ליטר ב-9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ליטר ב-10 ₪ (5 ₪ לליטר)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1.5 ליטר ב-9 ₪ (6 ₪ לליטר)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שווים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בודקים קודם כל כשבונים רשימת קניות בתקציב?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הרצונות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המבצעים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העודף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מוצר קיבל הנחה של 50%, משלמים חצי מהמחיר המקורי.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ליחידה עוזר להשוות בין אריזות בגדלים שונים.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הכסף שהחנות מרוויחה מהקנייה.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קבלה יכולה להכיל טעות בחישוב הנחה או עודף.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מחיר ל-100 גרם או לליטר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הכסף שמחזירים ללקוח אחרי התשלום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 שהוא הכרחי לחיים כמו לחם או חלב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מוצר שנעים לקנות אבל לא הכרחי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המסמך שמקבלים בסוף הקנייה ומפרט את המחירים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נעים אך לא הכרחי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הכרחי לחיים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הפחתה במחיר המוצר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דרך לבטא חלק ממאה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סכום כסף שמתכננים להוציא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הקנייה הנבונה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המוצר המשתלם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הקבלה בסוף הקנייה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כמה כסף יש בתקציב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להשוות מחירים ומבצעים בין מוצרים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רשימת קניות מראש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בנו רשימת קניות לבית בתקציב של 1,000 ₪. ציינו לפחות 3 צרכים ו-2 רצונות, והסבירו את הסדר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מקרה שבו בדיקת קבלה חשובה אחרי קנייה עם הנחה. מה עלול להשתבש?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כמה משלמים אחרי הנחה של 20%?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מחיר ליחידה ולא רק מחיר כולל?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 ברשימת קניות?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המבצעים - קניות נבונות עד 1,000 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