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המבצעים - קניות נבונות עד 1,000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הנחות באחוזים ולבדוק עודף וקבלות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מוצרים לפי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ולבנות רשימת קניות בתקציב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חנות המבצעים -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2 ליטר ב-10 ₪ (5 ₪ לליטר)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את הצרכים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הוא חצי מהסכום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מה באמת זול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עודף הוא ההפרש שמחזירים ללקוח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לכן חשוב לבדוק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מחיר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(הפחתה במחיר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(דרך לבטא 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(סכום כסף שמתכננים להוציא)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 הכרחי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(דבר נעים אך לא הכרחי)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הנבונה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מחירים ומבצעים בין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המוצר המשתלם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את הקבלה בסוף הקנייה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הגיונית עם הפרדה ברורה בין צרכים לרצונות, ותקציב שלא עובר 1,000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לתאר טעות בחישוב אחוז ההנחה או בעודף שמוחזר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מבצע/ת חישוב נכון של אחוז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שמחיר ליחידה מאפשר השוואה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מבדיל/ה בבירור בין צורך הכרחי לרצון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קנייה אמיתית מהבית ולתרגל חישוב הנחה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והסידור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המבצעים - קניות נבונות עד 1,000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לחשב הנחות, להשוות מחירים ולבנות רשימת קניות עם תקציב.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הפחתה במחיר המוצר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לבטא חלק ממאה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לגרם, לליטר או ליחידה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ללקוח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המסמך שמקבלים בסוף הקנייה עם פירוט המחירים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הכסף שמתכננים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לחיים כמו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נעים לקנות אך לא הכרחי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חנות המבצעים -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משלמים אחרי הנחה של 20% על 100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אחוז הנחה זה 10 ₪ מתוך 50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כסף מחזירים אם שילמת 100 ₪ והמוצר עלה 85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בקבוק זול יותר לליטר?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ליטר ב-10 ₪ (5 ₪ לליטר)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1.5 ליטר ב-9 ₪ (6 ₪ לליטר)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שווים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לקנות קודם -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העודף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מוצר קיבל הנחה של 50%, משלמים חצי מהמחיר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עוזר להשוות בין אריזות בגדלים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שהחנות מרוויחה מהקנייה.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יכולה להכיל טעות בחישוב הנחה או עודף.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מחיר ל-100 גרם או לליטר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הכסף שמחזירים ללקוח אחרי התשלום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שהוא הכרחי לחיים כמו לחם או חלב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מוצר שנעים לקנות אבל לא הכרחי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המסמך שמקבלים בסוף הקנייה ומפרט את המחירים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הכרחי לחיים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נעים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לבטא חלק ממאה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הפחתה במחיר המוצר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כסף שמתכננים להוציא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 הנבונה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המוצר המשתלם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קניות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יש בתקציב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הקבלה בסוף הקנייה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מחירים ומבצעים בין מוצרים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בנו רשימת קניות לבית בתקציב של 1,000 ₪. ציינו לפחות 3 צרכים ו-2 רצונות, והסבירו את הסדר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מקרה שבו בדיקת קבלה חשובה אחרי קנייה עם הנחה. מה עלול להשתבש?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כמה משלמים אחרי הנחה של 20%?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מחיר ליחידה ולא רק מחיר 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 ברשימת קניות?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המבצעים - קניות נבונות עד 1,000 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