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המבצעים - קניות נבונות עד 1,000 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הנחות באחוזים ולבדוק עודף וקבלות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מוצרים לפי מחיר ליחידה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צורך לרצון ולבנות רשימת קניות בתקציב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חנות המבצעים - חישובים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80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15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50% הוא חצי מהסכום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רואים מה באמת זול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(הפחתה במחיר המוצר)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(סכום כסף שמתכננים להוציא)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(דבר נעים אך לא הכרחי)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הקנייה הנבונה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להכין רשימת קניות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כמה כסף יש בתקציב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להשוות מחירים ומבצעים בין מוצרים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לבחור את המוצר המשתלם ביותר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רשימה הגיונית עם הפרדה ברורה בין צרכים לרצונות, ותקציב שלא עובר 1,000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מבצע/ת חישוב נכון של אחוז הנחה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מסביר/ה שמחיר ליחידה מאפשר השוואה הוגנת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מבדיל/ה בבירור בין צורך הכרחי לרצון לא הכרחי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בדוגמת קנייה אמיתית מהבית ולתרגל חישוב הנחה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על חלק ההתאמה והסידור כדי לעודד 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 ולהתמקד בבסיס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המבצעים - קניות נבונות עד 1,000 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חישובי הנחות, השוואת מחירים ליחידה, בדיקת קבלות ובניית רשימת קניות חכמה בתקציב של עד 1,000 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עודף  ·  צורך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חנות המבצעים - חישובים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מוצר שעולה 100 ₪ מקבל הנחה של 20%. כמה משלמים?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80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שילמת 100 ₪ והמוצר עלה 85 ₪. כמה עודף מגיע?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מוצר קיבל הנחה של 50%, משלמים חצי מהמחיר המקורי.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מחיר ליחידה עוזר להשוות בין אריזות בגדלים שונים.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הכסף שמחזירים ללקוח אחרי התשלום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מוצר שהוא הכרחי לחיים כמו לחם או חלב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הנחה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דבר נעים אך לא הכרחי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הפחתה במחיר המוצר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רצון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סכום כסף שמתכננים להוציא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הקנייה הנבונה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להשוות מחירים ומבצעים בין מוצרים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להכין רשימת קניות מראש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את המוצר המשתלם ביותר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כמה כסף יש בתקציב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בנו רשימת קניות לבית בתקציב של 1,000 ₪. ציינו לפחות 3 צרכים ו-2 רצונות, והסבירו את הסדר שבחרתם.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מחשבים כמה משלמים אחרי הנחה של 20%?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חשוב לבדוק מחיר ליחידה ולא רק מחיר כולל?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בלשי המבצעים - קניות נבונות עד 1,000 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